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534"/>
      </w:tblGrid>
      <w:tr>
        <w:tc>
          <w:tcPr>
            <w:tcW w:type="dxa" w:w="14932"/>
            <w:tcMar>
              <w:top w:w="120" w:type="dxa"/>
              <w:start w:w="240" w:type="dxa"/>
              <w:bottom w:w="120" w:type="dxa"/>
              <w:end w:w="240" w:type="dxa"/>
            </w:tcMar>
            <w:tcBorders>
              <w:top w:val="single" w:sz="14" w:color="173F5F"/>
              <w:left w:val="single" w:sz="14" w:color="173F5F"/>
              <w:bottom w:val="single" w:sz="14" w:color="173F5F"/>
              <w:right w:val="single" w:sz="14" w:color="173F5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96000" cy="12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uovo logo SIOD Federprof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69AAA"/>
                <w:sz w:val="17"/>
              </w:rPr>
              <w:t>MODELLO SIOD</w:t>
            </w:r>
          </w:p>
          <w:p>
            <w:pPr>
              <w:spacing w:before="20" w:after="0"/>
              <w:jc w:val="center"/>
            </w:pPr>
            <w:r>
              <w:rPr>
                <w:b/>
                <w:color w:val="173F5F"/>
                <w:sz w:val="44"/>
              </w:rPr>
              <w:t>ATTESTATO INTERNO DI FORMAZIONE</w:t>
            </w:r>
          </w:p>
          <w:p>
            <w:pPr>
              <w:spacing w:after="20"/>
              <w:jc w:val="center"/>
            </w:pPr>
            <w:r>
              <w:rPr>
                <w:i/>
                <w:color w:val="169AAA"/>
                <w:sz w:val="27"/>
              </w:rPr>
              <w:t>del Dental Team</w:t>
            </w:r>
          </w:p>
          <w:p>
            <w:pPr>
              <w:spacing w:before="20" w:after="20"/>
              <w:jc w:val="center"/>
            </w:pPr>
            <w:r>
              <w:rPr>
                <w:b/>
                <w:color w:val="5C6B73"/>
                <w:sz w:val="22"/>
              </w:rPr>
              <w:t>SI ATTESTA CHE</w:t>
            </w:r>
          </w:p>
          <w:p>
            <w:pPr>
              <w:spacing w:before="20" w:after="20"/>
              <w:jc w:val="center"/>
            </w:pPr>
            <w:r>
              <w:rPr>
                <w:b/>
                <w:color w:val="173F5F"/>
                <w:sz w:val="26"/>
              </w:rPr>
              <w:t>NOME E COGNOME:  _________________________________________________</w:t>
            </w:r>
          </w:p>
          <w:p>
            <w:pPr>
              <w:spacing w:before="20" w:after="20"/>
              <w:jc w:val="center"/>
            </w:pPr>
            <w:r>
              <w:rPr>
                <w:b w:val="0"/>
                <w:color w:val="1F2933"/>
                <w:sz w:val="21"/>
              </w:rPr>
              <w:t>Ruolo / qualifica:  _________________________________________________</w:t>
            </w:r>
          </w:p>
          <w:p>
            <w:pPr>
              <w:spacing w:before="20" w:after="20"/>
              <w:jc w:val="center"/>
            </w:pPr>
            <w:r>
              <w:rPr>
                <w:b w:val="0"/>
                <w:color w:val="1F2933"/>
                <w:sz w:val="21"/>
              </w:rPr>
              <w:t>ha partecipato alla sessione di formazione interna</w:t>
            </w:r>
          </w:p>
          <w:p>
            <w:pPr>
              <w:spacing w:before="20" w:after="20"/>
              <w:jc w:val="center"/>
            </w:pPr>
            <w:r>
              <w:rPr>
                <w:b/>
                <w:color w:val="173F5F"/>
                <w:sz w:val="25"/>
              </w:rPr>
              <w:t>“________________________________________________________________________”</w:t>
            </w:r>
          </w:p>
          <w:p>
            <w:pPr>
              <w:spacing w:before="20" w:after="20"/>
              <w:jc w:val="center"/>
            </w:pPr>
            <w:r>
              <w:rPr>
                <w:b w:val="0"/>
                <w:color w:val="1F2933"/>
                <w:sz w:val="20"/>
              </w:rPr>
              <w:t>organizzata da _____________________________________________   in data ________________   per complessive ____ ore</w:t>
            </w:r>
          </w:p>
          <w:p>
            <w:pPr>
              <w:spacing w:before="40" w:after="0"/>
              <w:jc w:val="center"/>
            </w:pPr>
            <w:r>
              <w:rPr>
                <w:b/>
                <w:color w:val="169AAA"/>
                <w:sz w:val="21"/>
              </w:rPr>
              <w:t>Principali argomenti trattati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_______________________________________________________________________________________________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_______________________________________________________________________________________________</w:t>
            </w:r>
          </w:p>
          <w:p>
            <w:pPr>
              <w:spacing w:before="40" w:after="20"/>
              <w:jc w:val="center"/>
            </w:pPr>
            <w:r>
              <w:rPr>
                <w:sz w:val="19"/>
              </w:rPr>
              <w:t>Modalità di verifica:  □ Test   □ Discussione   □ Simulazione   □ Osservazione sul campo   □ Non prevista</w:t>
            </w:r>
          </w:p>
          <w:p>
            <w:pPr>
              <w:spacing w:after="40"/>
              <w:jc w:val="center"/>
            </w:pPr>
            <w:r>
              <w:rPr>
                <w:b/>
                <w:sz w:val="19"/>
              </w:rPr>
              <w:t>Esito:  □ Superato   □ Partecipazione documentata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4082"/>
              <w:gridCol w:w="4082"/>
              <w:gridCol w:w="4082"/>
            </w:tblGrid>
            <w:tr>
              <w:tc>
                <w:tcPr>
                  <w:tcW w:type="dxa" w:w="4977"/>
                  <w:shd w:fill="EAF5F7"/>
                  <w:tcMar>
                    <w:top w:w="45" w:type="dxa"/>
                    <w:start w:w="40" w:type="dxa"/>
                    <w:bottom w:w="45" w:type="dxa"/>
                    <w:end w:w="40" w:type="dxa"/>
                  </w:tcMar>
                  <w:tcBorders>
                    <w:top w:val="single" w:sz="5" w:color="D9E3E7"/>
                    <w:left w:val="single" w:sz="5" w:color="D9E3E7"/>
                    <w:bottom w:val="single" w:sz="5" w:color="D9E3E7"/>
                    <w:right w:val="single" w:sz="5" w:color="D9E3E7"/>
                  </w:tcBorders>
                </w:tcPr>
                <w:p>
                  <w:pPr>
                    <w:jc w:val="center"/>
                  </w:pPr>
                  <w:r>
                    <w:rPr>
                      <w:b/>
                      <w:color w:val="173F5F"/>
                      <w:sz w:val="16"/>
                    </w:rPr>
                    <w:t>Responsabile / Formatore</w:t>
                  </w:r>
                </w:p>
              </w:tc>
              <w:tc>
                <w:tcPr>
                  <w:tcW w:type="dxa" w:w="4977"/>
                  <w:shd w:fill="EAF5F7"/>
                  <w:tcMar>
                    <w:top w:w="45" w:type="dxa"/>
                    <w:start w:w="40" w:type="dxa"/>
                    <w:bottom w:w="45" w:type="dxa"/>
                    <w:end w:w="40" w:type="dxa"/>
                  </w:tcMar>
                  <w:tcBorders>
                    <w:top w:val="single" w:sz="5" w:color="D9E3E7"/>
                    <w:left w:val="single" w:sz="5" w:color="D9E3E7"/>
                    <w:bottom w:val="single" w:sz="5" w:color="D9E3E7"/>
                    <w:right w:val="single" w:sz="5" w:color="D9E3E7"/>
                  </w:tcBorders>
                </w:tcPr>
                <w:p>
                  <w:pPr>
                    <w:jc w:val="center"/>
                  </w:pPr>
                  <w:r>
                    <w:rPr>
                      <w:b/>
                      <w:color w:val="173F5F"/>
                      <w:sz w:val="16"/>
                    </w:rPr>
                    <w:t>Datore di lavoro / Direttore sanitario</w:t>
                  </w:r>
                </w:p>
              </w:tc>
              <w:tc>
                <w:tcPr>
                  <w:tcW w:type="dxa" w:w="4977"/>
                  <w:shd w:fill="EAF5F7"/>
                  <w:tcMar>
                    <w:top w:w="45" w:type="dxa"/>
                    <w:start w:w="40" w:type="dxa"/>
                    <w:bottom w:w="45" w:type="dxa"/>
                    <w:end w:w="40" w:type="dxa"/>
                  </w:tcMar>
                  <w:tcBorders>
                    <w:top w:val="single" w:sz="5" w:color="D9E3E7"/>
                    <w:left w:val="single" w:sz="5" w:color="D9E3E7"/>
                    <w:bottom w:val="single" w:sz="5" w:color="D9E3E7"/>
                    <w:right w:val="single" w:sz="5" w:color="D9E3E7"/>
                  </w:tcBorders>
                </w:tcPr>
                <w:p>
                  <w:pPr>
                    <w:jc w:val="center"/>
                  </w:pPr>
                  <w:r>
                    <w:rPr>
                      <w:b/>
                      <w:color w:val="173F5F"/>
                      <w:sz w:val="16"/>
                    </w:rPr>
                    <w:t>Luogo e data</w:t>
                  </w:r>
                </w:p>
              </w:tc>
            </w:tr>
            <w:tr>
              <w:tc>
                <w:tcPr>
                  <w:tcW w:type="dxa" w:w="4977"/>
                  <w:tcMar>
                    <w:top w:w="55" w:type="dxa"/>
                    <w:start w:w="40" w:type="dxa"/>
                    <w:bottom w:w="55" w:type="dxa"/>
                    <w:end w:w="40" w:type="dxa"/>
                  </w:tcMar>
                  <w:tcBorders>
                    <w:top w:val="single" w:sz="5" w:color="D9E3E7"/>
                    <w:left w:val="single" w:sz="5" w:color="D9E3E7"/>
                    <w:bottom w:val="single" w:sz="5" w:color="D9E3E7"/>
                    <w:right w:val="single" w:sz="5" w:color="D9E3E7"/>
                  </w:tcBorders>
                </w:tcPr>
                <w:p>
                  <w:pPr>
                    <w:jc w:val="center"/>
                  </w:pPr>
                  <w:r>
                    <w:rPr>
                      <w:sz w:val="17"/>
                    </w:rPr>
                    <w:t>Firma __________________</w:t>
                  </w:r>
                </w:p>
              </w:tc>
              <w:tc>
                <w:tcPr>
                  <w:tcW w:type="dxa" w:w="4977"/>
                  <w:tcMar>
                    <w:top w:w="55" w:type="dxa"/>
                    <w:start w:w="40" w:type="dxa"/>
                    <w:bottom w:w="55" w:type="dxa"/>
                    <w:end w:w="40" w:type="dxa"/>
                  </w:tcMar>
                  <w:tcBorders>
                    <w:top w:val="single" w:sz="5" w:color="D9E3E7"/>
                    <w:left w:val="single" w:sz="5" w:color="D9E3E7"/>
                    <w:bottom w:val="single" w:sz="5" w:color="D9E3E7"/>
                    <w:right w:val="single" w:sz="5" w:color="D9E3E7"/>
                  </w:tcBorders>
                </w:tcPr>
                <w:p>
                  <w:pPr>
                    <w:jc w:val="center"/>
                  </w:pPr>
                  <w:r>
                    <w:rPr>
                      <w:sz w:val="17"/>
                    </w:rPr>
                    <w:t>Firma __________________</w:t>
                  </w:r>
                </w:p>
              </w:tc>
              <w:tc>
                <w:tcPr>
                  <w:tcW w:type="dxa" w:w="4977"/>
                  <w:tcMar>
                    <w:top w:w="55" w:type="dxa"/>
                    <w:start w:w="40" w:type="dxa"/>
                    <w:bottom w:w="55" w:type="dxa"/>
                    <w:end w:w="40" w:type="dxa"/>
                  </w:tcMar>
                  <w:tcBorders>
                    <w:top w:val="single" w:sz="5" w:color="D9E3E7"/>
                    <w:left w:val="single" w:sz="5" w:color="D9E3E7"/>
                    <w:bottom w:val="single" w:sz="5" w:color="D9E3E7"/>
                    <w:right w:val="single" w:sz="5" w:color="D9E3E7"/>
                  </w:tcBorders>
                </w:tcPr>
                <w:p>
                  <w:pPr>
                    <w:jc w:val="center"/>
                  </w:pPr>
                  <w:r>
                    <w:rPr>
                      <w:sz w:val="17"/>
                    </w:rPr>
                    <w:t>________________________</w:t>
                  </w:r>
                </w:p>
              </w:tc>
            </w:tr>
          </w:tbl>
          <w:p/>
          <w:p>
            <w:pPr>
              <w:spacing w:before="40"/>
              <w:jc w:val="center"/>
            </w:pPr>
            <w:r>
              <w:rPr>
                <w:i/>
                <w:color w:val="5C6B73"/>
                <w:sz w:val="14"/>
              </w:rPr>
              <w:t>Attestazione interna rilasciata dalla struttura che ha organizzato la formazione. Non sostituisce attestazioni, crediti o qualifiche obbligatorie previste da specifiche disposizioni normative o contrattuali.</w:t>
            </w:r>
          </w:p>
        </w:tc>
      </w:tr>
    </w:tbl>
    <w:sectPr w:rsidR="00FC693F" w:rsidRPr="0006063C" w:rsidSect="00034616">
      <w:pgSz w:w="15840" w:h="12240" w:orient="landscape"/>
      <w:pgMar w:top="397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